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BE53" w14:textId="625292F5" w:rsidR="00B17207" w:rsidRPr="00FF1575" w:rsidRDefault="00000000" w:rsidP="00D34132">
      <w:pPr>
        <w:rPr>
          <w:b/>
          <w:sz w:val="32"/>
        </w:rPr>
      </w:pPr>
      <w:r>
        <w:rPr>
          <w:b/>
          <w:sz w:val="32"/>
        </w:rPr>
        <w:t>MÜÜGIARVE № ______</w:t>
      </w:r>
      <w:r w:rsidR="00FF1575">
        <w:rPr>
          <w:b/>
          <w:sz w:val="32"/>
          <w:lang w:val="ru-RU"/>
        </w:rPr>
        <w:tab/>
      </w:r>
      <w:r w:rsidR="00FF1575">
        <w:rPr>
          <w:b/>
          <w:sz w:val="32"/>
          <w:lang w:val="ru-RU"/>
        </w:rPr>
        <w:tab/>
      </w:r>
      <w:r w:rsidR="00FF1575">
        <w:rPr>
          <w:b/>
          <w:sz w:val="32"/>
          <w:lang w:val="ru-RU"/>
        </w:rPr>
        <w:tab/>
      </w:r>
      <w:r w:rsidR="00FF1575">
        <w:rPr>
          <w:b/>
          <w:sz w:val="32"/>
          <w:lang w:val="ru-RU"/>
        </w:rPr>
        <w:tab/>
      </w:r>
      <w:r w:rsidR="00FF1575">
        <w:rPr>
          <w:b/>
          <w:sz w:val="32"/>
          <w:lang w:val="ru-RU"/>
        </w:rPr>
        <w:tab/>
      </w:r>
      <w:r w:rsidR="00FF1575">
        <w:rPr>
          <w:b/>
          <w:sz w:val="32"/>
        </w:rPr>
        <w:t>LOGO</w:t>
      </w:r>
    </w:p>
    <w:p w14:paraId="1D89AF67" w14:textId="77777777" w:rsidR="00D34132" w:rsidRPr="00D34132" w:rsidRDefault="00D34132" w:rsidP="00D34132">
      <w:pPr>
        <w:rPr>
          <w:sz w:val="24"/>
          <w:szCs w:val="24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B17207" w:rsidRPr="00D34132" w14:paraId="57A8FBE8" w14:textId="77777777">
        <w:trPr>
          <w:jc w:val="center"/>
        </w:trPr>
        <w:tc>
          <w:tcPr>
            <w:tcW w:w="5270" w:type="dxa"/>
          </w:tcPr>
          <w:p w14:paraId="15A180EC" w14:textId="193BB0C4" w:rsidR="00B17207" w:rsidRPr="00D34132" w:rsidRDefault="00000000">
            <w:pPr>
              <w:rPr>
                <w:sz w:val="24"/>
                <w:szCs w:val="24"/>
              </w:rPr>
            </w:pPr>
            <w:proofErr w:type="spellStart"/>
            <w:r w:rsidRPr="00D34132">
              <w:rPr>
                <w:sz w:val="24"/>
                <w:szCs w:val="24"/>
              </w:rPr>
              <w:t>Ostja</w:t>
            </w:r>
            <w:proofErr w:type="spellEnd"/>
            <w:r w:rsidRPr="00D34132">
              <w:rPr>
                <w:sz w:val="24"/>
                <w:szCs w:val="24"/>
              </w:rPr>
              <w:t>:</w:t>
            </w:r>
            <w:r w:rsidRPr="00D34132">
              <w:rPr>
                <w:sz w:val="24"/>
                <w:szCs w:val="24"/>
              </w:rPr>
              <w:br/>
            </w:r>
            <w:r w:rsidRPr="00D34132">
              <w:rPr>
                <w:sz w:val="24"/>
                <w:szCs w:val="24"/>
              </w:rPr>
              <w:br/>
              <w:t>________________________</w:t>
            </w:r>
            <w:r w:rsidR="00D34132" w:rsidRPr="00D34132">
              <w:rPr>
                <w:sz w:val="24"/>
                <w:szCs w:val="24"/>
                <w:lang w:val="ru-RU"/>
              </w:rPr>
              <w:t>__</w:t>
            </w:r>
            <w:r w:rsidRPr="00D34132">
              <w:rPr>
                <w:sz w:val="24"/>
                <w:szCs w:val="24"/>
              </w:rPr>
              <w:br/>
              <w:t>Reg.nr __________________</w:t>
            </w:r>
            <w:r w:rsidRPr="00D34132">
              <w:rPr>
                <w:sz w:val="24"/>
                <w:szCs w:val="24"/>
              </w:rPr>
              <w:br/>
              <w:t>KMKR _________________</w:t>
            </w:r>
            <w:r w:rsidR="00BC2F97">
              <w:rPr>
                <w:sz w:val="24"/>
                <w:szCs w:val="24"/>
                <w:lang w:val="ru-RU"/>
              </w:rPr>
              <w:t>_</w:t>
            </w:r>
            <w:r w:rsidRPr="00D34132">
              <w:rPr>
                <w:sz w:val="24"/>
                <w:szCs w:val="24"/>
              </w:rPr>
              <w:br/>
            </w:r>
            <w:r w:rsidRPr="00D34132">
              <w:rPr>
                <w:sz w:val="24"/>
                <w:szCs w:val="24"/>
              </w:rPr>
              <w:br/>
            </w:r>
            <w:proofErr w:type="spellStart"/>
            <w:r w:rsidRPr="00D34132">
              <w:rPr>
                <w:sz w:val="24"/>
                <w:szCs w:val="24"/>
              </w:rPr>
              <w:t>Aadress</w:t>
            </w:r>
            <w:proofErr w:type="spellEnd"/>
            <w:r w:rsidRPr="00D34132">
              <w:rPr>
                <w:sz w:val="24"/>
                <w:szCs w:val="24"/>
              </w:rPr>
              <w:t>:</w:t>
            </w:r>
            <w:r w:rsidRPr="00D34132">
              <w:rPr>
                <w:sz w:val="24"/>
                <w:szCs w:val="24"/>
              </w:rPr>
              <w:br/>
              <w:t>___________________</w:t>
            </w:r>
            <w:r w:rsidR="00BC2F97">
              <w:rPr>
                <w:sz w:val="24"/>
                <w:szCs w:val="24"/>
                <w:lang w:val="ru-RU"/>
              </w:rPr>
              <w:t>__</w:t>
            </w:r>
            <w:r w:rsidRPr="00D34132">
              <w:rPr>
                <w:sz w:val="24"/>
                <w:szCs w:val="24"/>
              </w:rPr>
              <w:t>_____</w:t>
            </w:r>
            <w:r w:rsidRPr="00D34132">
              <w:rPr>
                <w:sz w:val="24"/>
                <w:szCs w:val="24"/>
              </w:rPr>
              <w:br/>
              <w:t>_____________________</w:t>
            </w:r>
            <w:r w:rsidR="00BC2F97">
              <w:rPr>
                <w:sz w:val="24"/>
                <w:szCs w:val="24"/>
                <w:lang w:val="ru-RU"/>
              </w:rPr>
              <w:t>__</w:t>
            </w:r>
            <w:r w:rsidRPr="00D34132">
              <w:rPr>
                <w:sz w:val="24"/>
                <w:szCs w:val="24"/>
              </w:rPr>
              <w:t>___</w:t>
            </w:r>
          </w:p>
        </w:tc>
        <w:tc>
          <w:tcPr>
            <w:tcW w:w="5270" w:type="dxa"/>
          </w:tcPr>
          <w:p w14:paraId="4C2D63B4" w14:textId="77777777" w:rsidR="00B17207" w:rsidRPr="00A133E9" w:rsidRDefault="00B17207" w:rsidP="00D34132">
            <w:pPr>
              <w:ind w:left="574"/>
              <w:rPr>
                <w:sz w:val="24"/>
                <w:szCs w:val="24"/>
                <w:lang w:val="fi-FI"/>
              </w:rPr>
            </w:pPr>
          </w:p>
          <w:p w14:paraId="10FDA695" w14:textId="77777777" w:rsidR="00D34132" w:rsidRPr="00A133E9" w:rsidRDefault="00D34132" w:rsidP="00D34132">
            <w:pPr>
              <w:ind w:left="574"/>
              <w:rPr>
                <w:sz w:val="24"/>
                <w:szCs w:val="24"/>
                <w:lang w:val="fi-FI"/>
              </w:rPr>
            </w:pPr>
          </w:p>
          <w:p w14:paraId="6FDBA07E" w14:textId="451DF23D" w:rsidR="00D34132" w:rsidRPr="00D34132" w:rsidRDefault="00D34132" w:rsidP="00D34132">
            <w:pPr>
              <w:ind w:left="574"/>
              <w:rPr>
                <w:sz w:val="24"/>
                <w:szCs w:val="24"/>
                <w:lang w:val="fi-FI"/>
              </w:rPr>
            </w:pPr>
            <w:proofErr w:type="spellStart"/>
            <w:r w:rsidRPr="00D34132">
              <w:rPr>
                <w:sz w:val="24"/>
                <w:szCs w:val="24"/>
                <w:lang w:val="fi-FI"/>
              </w:rPr>
              <w:t>Arve</w:t>
            </w:r>
            <w:proofErr w:type="spellEnd"/>
            <w:r w:rsidRPr="00D34132">
              <w:rPr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D34132">
              <w:rPr>
                <w:sz w:val="24"/>
                <w:szCs w:val="24"/>
                <w:lang w:val="fi-FI"/>
              </w:rPr>
              <w:t>nr</w:t>
            </w:r>
            <w:proofErr w:type="spellEnd"/>
            <w:r w:rsidRPr="00D34132">
              <w:rPr>
                <w:sz w:val="24"/>
                <w:szCs w:val="24"/>
                <w:lang w:val="fi-FI"/>
              </w:rPr>
              <w:t>: _____________</w:t>
            </w:r>
            <w:r w:rsidR="00BC2F97" w:rsidRPr="00BC2F97">
              <w:rPr>
                <w:sz w:val="24"/>
                <w:szCs w:val="24"/>
                <w:lang w:val="fi-FI"/>
              </w:rPr>
              <w:t>____</w:t>
            </w:r>
            <w:r w:rsidRPr="00D34132">
              <w:rPr>
                <w:sz w:val="24"/>
                <w:szCs w:val="24"/>
                <w:lang w:val="fi-FI"/>
              </w:rPr>
              <w:t>_</w:t>
            </w:r>
            <w:r w:rsidR="00A133E9" w:rsidRPr="00A133E9">
              <w:rPr>
                <w:sz w:val="24"/>
                <w:szCs w:val="24"/>
                <w:lang w:val="fi-FI"/>
              </w:rPr>
              <w:t>__</w:t>
            </w:r>
            <w:r w:rsidRPr="00D34132">
              <w:rPr>
                <w:sz w:val="24"/>
                <w:szCs w:val="24"/>
                <w:lang w:val="fi-FI"/>
              </w:rPr>
              <w:br/>
            </w:r>
            <w:proofErr w:type="spellStart"/>
            <w:r w:rsidRPr="00D34132">
              <w:rPr>
                <w:sz w:val="24"/>
                <w:szCs w:val="24"/>
                <w:lang w:val="fi-FI"/>
              </w:rPr>
              <w:t>Kuupäev</w:t>
            </w:r>
            <w:proofErr w:type="spellEnd"/>
            <w:r w:rsidRPr="00D34132">
              <w:rPr>
                <w:sz w:val="24"/>
                <w:szCs w:val="24"/>
                <w:lang w:val="fi-FI"/>
              </w:rPr>
              <w:t>: ___________</w:t>
            </w:r>
            <w:r w:rsidR="00A133E9" w:rsidRPr="00A133E9">
              <w:rPr>
                <w:sz w:val="24"/>
                <w:szCs w:val="24"/>
                <w:lang w:val="fi-FI"/>
              </w:rPr>
              <w:t>_</w:t>
            </w:r>
            <w:r w:rsidR="00BC2F97" w:rsidRPr="00BC2F97">
              <w:rPr>
                <w:sz w:val="24"/>
                <w:szCs w:val="24"/>
                <w:lang w:val="fi-FI"/>
              </w:rPr>
              <w:t>__</w:t>
            </w:r>
            <w:r w:rsidR="00A133E9" w:rsidRPr="00A133E9">
              <w:rPr>
                <w:sz w:val="24"/>
                <w:szCs w:val="24"/>
                <w:lang w:val="fi-FI"/>
              </w:rPr>
              <w:t>__</w:t>
            </w:r>
            <w:r w:rsidRPr="00D34132">
              <w:rPr>
                <w:sz w:val="24"/>
                <w:szCs w:val="24"/>
                <w:lang w:val="fi-FI"/>
              </w:rPr>
              <w:t>___</w:t>
            </w:r>
            <w:r w:rsidRPr="00D34132">
              <w:rPr>
                <w:sz w:val="24"/>
                <w:szCs w:val="24"/>
                <w:lang w:val="fi-FI"/>
              </w:rPr>
              <w:br/>
            </w:r>
            <w:proofErr w:type="spellStart"/>
            <w:r w:rsidRPr="00D34132">
              <w:rPr>
                <w:sz w:val="24"/>
                <w:szCs w:val="24"/>
                <w:lang w:val="fi-FI"/>
              </w:rPr>
              <w:t>Maksetähtaeg</w:t>
            </w:r>
            <w:proofErr w:type="spellEnd"/>
            <w:r w:rsidRPr="00D34132">
              <w:rPr>
                <w:sz w:val="24"/>
                <w:szCs w:val="24"/>
                <w:lang w:val="fi-FI"/>
              </w:rPr>
              <w:t>: _____</w:t>
            </w:r>
            <w:r w:rsidR="00A133E9" w:rsidRPr="00A133E9">
              <w:rPr>
                <w:sz w:val="24"/>
                <w:szCs w:val="24"/>
                <w:lang w:val="fi-FI"/>
              </w:rPr>
              <w:t>_</w:t>
            </w:r>
            <w:r w:rsidRPr="00D34132">
              <w:rPr>
                <w:sz w:val="24"/>
                <w:szCs w:val="24"/>
                <w:lang w:val="fi-FI"/>
              </w:rPr>
              <w:t>_</w:t>
            </w:r>
            <w:r w:rsidR="00A133E9" w:rsidRPr="00A133E9">
              <w:rPr>
                <w:sz w:val="24"/>
                <w:szCs w:val="24"/>
                <w:lang w:val="fi-FI"/>
              </w:rPr>
              <w:t>__</w:t>
            </w:r>
            <w:r w:rsidRPr="00D34132">
              <w:rPr>
                <w:sz w:val="24"/>
                <w:szCs w:val="24"/>
                <w:lang w:val="fi-FI"/>
              </w:rPr>
              <w:t>____</w:t>
            </w:r>
            <w:r w:rsidRPr="00D34132">
              <w:rPr>
                <w:sz w:val="24"/>
                <w:szCs w:val="24"/>
                <w:lang w:val="fi-FI"/>
              </w:rPr>
              <w:br/>
            </w:r>
            <w:proofErr w:type="spellStart"/>
            <w:r w:rsidRPr="00D34132">
              <w:rPr>
                <w:sz w:val="24"/>
                <w:szCs w:val="24"/>
                <w:lang w:val="fi-FI"/>
              </w:rPr>
              <w:t>Viivis</w:t>
            </w:r>
            <w:proofErr w:type="spellEnd"/>
            <w:r w:rsidRPr="00D34132">
              <w:rPr>
                <w:sz w:val="24"/>
                <w:szCs w:val="24"/>
                <w:lang w:val="fi-FI"/>
              </w:rPr>
              <w:t>: _____________</w:t>
            </w:r>
            <w:r w:rsidR="00A133E9" w:rsidRPr="00A133E9">
              <w:rPr>
                <w:sz w:val="24"/>
                <w:szCs w:val="24"/>
                <w:lang w:val="fi-FI"/>
              </w:rPr>
              <w:t>___</w:t>
            </w:r>
            <w:r w:rsidRPr="00D34132">
              <w:rPr>
                <w:sz w:val="24"/>
                <w:szCs w:val="24"/>
                <w:lang w:val="fi-FI"/>
              </w:rPr>
              <w:t>_</w:t>
            </w:r>
            <w:r w:rsidR="00BC2F97" w:rsidRPr="00BC2F97">
              <w:rPr>
                <w:sz w:val="24"/>
                <w:szCs w:val="24"/>
                <w:lang w:val="fi-FI"/>
              </w:rPr>
              <w:t>___</w:t>
            </w:r>
            <w:r w:rsidRPr="00D34132">
              <w:rPr>
                <w:sz w:val="24"/>
                <w:szCs w:val="24"/>
                <w:lang w:val="fi-FI"/>
              </w:rPr>
              <w:t>__</w:t>
            </w:r>
          </w:p>
        </w:tc>
      </w:tr>
      <w:tr w:rsidR="00D34132" w:rsidRPr="00D34132" w14:paraId="735F4A41" w14:textId="77777777" w:rsidTr="00321B8B">
        <w:trPr>
          <w:trHeight w:val="272"/>
          <w:jc w:val="center"/>
        </w:trPr>
        <w:tc>
          <w:tcPr>
            <w:tcW w:w="5270" w:type="dxa"/>
          </w:tcPr>
          <w:p w14:paraId="690C53A0" w14:textId="77777777" w:rsidR="00D34132" w:rsidRPr="00D34132" w:rsidRDefault="00D34132">
            <w:pPr>
              <w:rPr>
                <w:sz w:val="24"/>
                <w:szCs w:val="24"/>
                <w:lang w:val="fi-FI"/>
              </w:rPr>
            </w:pPr>
          </w:p>
        </w:tc>
        <w:tc>
          <w:tcPr>
            <w:tcW w:w="5270" w:type="dxa"/>
          </w:tcPr>
          <w:p w14:paraId="18F1127F" w14:textId="77777777" w:rsidR="00D34132" w:rsidRPr="00D34132" w:rsidRDefault="00D34132">
            <w:pPr>
              <w:rPr>
                <w:sz w:val="24"/>
                <w:szCs w:val="24"/>
                <w:lang w:val="fi-FI"/>
              </w:rPr>
            </w:pPr>
          </w:p>
        </w:tc>
      </w:tr>
    </w:tbl>
    <w:p w14:paraId="08D4D01F" w14:textId="77777777" w:rsidR="00B17207" w:rsidRPr="00D34132" w:rsidRDefault="00B17207">
      <w:pPr>
        <w:rPr>
          <w:lang w:val="fi-FI"/>
        </w:rPr>
      </w:pPr>
    </w:p>
    <w:tbl>
      <w:tblPr>
        <w:tblStyle w:val="-150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992"/>
        <w:gridCol w:w="851"/>
        <w:gridCol w:w="1842"/>
        <w:gridCol w:w="709"/>
        <w:gridCol w:w="1787"/>
      </w:tblGrid>
      <w:tr w:rsidR="00B17207" w14:paraId="683FB4C7" w14:textId="77777777" w:rsidTr="00321B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740EAC2" w14:textId="77777777" w:rsidR="00B17207" w:rsidRPr="00D34132" w:rsidRDefault="00000000" w:rsidP="00D34132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D34132">
              <w:rPr>
                <w:b w:val="0"/>
                <w:bCs w:val="0"/>
                <w:sz w:val="20"/>
                <w:szCs w:val="20"/>
              </w:rPr>
              <w:t>Nr</w:t>
            </w:r>
          </w:p>
        </w:tc>
        <w:tc>
          <w:tcPr>
            <w:tcW w:w="3827" w:type="dxa"/>
          </w:tcPr>
          <w:p w14:paraId="407B08D7" w14:textId="77777777" w:rsidR="00B17207" w:rsidRPr="00D34132" w:rsidRDefault="00000000" w:rsidP="00D34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34132">
              <w:rPr>
                <w:b w:val="0"/>
                <w:bCs w:val="0"/>
                <w:sz w:val="20"/>
                <w:szCs w:val="20"/>
              </w:rPr>
              <w:t>Nimetus</w:t>
            </w:r>
          </w:p>
        </w:tc>
        <w:tc>
          <w:tcPr>
            <w:tcW w:w="992" w:type="dxa"/>
          </w:tcPr>
          <w:p w14:paraId="4B0EFD51" w14:textId="77777777" w:rsidR="00B17207" w:rsidRPr="00D34132" w:rsidRDefault="00000000" w:rsidP="00D34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34132">
              <w:rPr>
                <w:b w:val="0"/>
                <w:bCs w:val="0"/>
                <w:sz w:val="20"/>
                <w:szCs w:val="20"/>
              </w:rPr>
              <w:t>Kogus</w:t>
            </w:r>
          </w:p>
        </w:tc>
        <w:tc>
          <w:tcPr>
            <w:tcW w:w="851" w:type="dxa"/>
          </w:tcPr>
          <w:p w14:paraId="1918E4C5" w14:textId="77777777" w:rsidR="00B17207" w:rsidRPr="00D34132" w:rsidRDefault="00000000" w:rsidP="00D34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34132">
              <w:rPr>
                <w:b w:val="0"/>
                <w:bCs w:val="0"/>
                <w:sz w:val="20"/>
                <w:szCs w:val="20"/>
              </w:rPr>
              <w:t>Ühik</w:t>
            </w:r>
          </w:p>
        </w:tc>
        <w:tc>
          <w:tcPr>
            <w:tcW w:w="1842" w:type="dxa"/>
          </w:tcPr>
          <w:p w14:paraId="6B0D12F6" w14:textId="77777777" w:rsidR="00B17207" w:rsidRPr="00D34132" w:rsidRDefault="00000000" w:rsidP="00D34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34132">
              <w:rPr>
                <w:b w:val="0"/>
                <w:bCs w:val="0"/>
                <w:sz w:val="20"/>
                <w:szCs w:val="20"/>
              </w:rPr>
              <w:t>Hind</w:t>
            </w:r>
          </w:p>
        </w:tc>
        <w:tc>
          <w:tcPr>
            <w:tcW w:w="709" w:type="dxa"/>
          </w:tcPr>
          <w:p w14:paraId="6F9D4673" w14:textId="60F4A864" w:rsidR="00B17207" w:rsidRPr="00D34132" w:rsidRDefault="00000000" w:rsidP="00D34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D34132">
              <w:rPr>
                <w:b w:val="0"/>
                <w:bCs w:val="0"/>
                <w:sz w:val="20"/>
                <w:szCs w:val="20"/>
              </w:rPr>
              <w:t>KM</w:t>
            </w:r>
            <w:r w:rsidR="00D34132" w:rsidRPr="00D34132">
              <w:rPr>
                <w:b w:val="0"/>
                <w:bCs w:val="0"/>
                <w:sz w:val="20"/>
                <w:szCs w:val="20"/>
                <w:lang w:val="ru-RU"/>
              </w:rPr>
              <w:t xml:space="preserve"> %</w:t>
            </w:r>
          </w:p>
        </w:tc>
        <w:tc>
          <w:tcPr>
            <w:tcW w:w="1787" w:type="dxa"/>
          </w:tcPr>
          <w:p w14:paraId="7FA496F2" w14:textId="77777777" w:rsidR="00B17207" w:rsidRPr="00D34132" w:rsidRDefault="00000000" w:rsidP="00D34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34132">
              <w:rPr>
                <w:b w:val="0"/>
                <w:bCs w:val="0"/>
                <w:sz w:val="20"/>
                <w:szCs w:val="20"/>
              </w:rPr>
              <w:t>Summa km-ta</w:t>
            </w:r>
          </w:p>
        </w:tc>
      </w:tr>
      <w:tr w:rsidR="00646852" w14:paraId="7DF60C8F" w14:textId="77777777" w:rsidTr="00321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208629C5" w14:textId="77777777" w:rsidR="00646852" w:rsidRDefault="00646852">
            <w:pPr>
              <w:rPr>
                <w:lang w:val="ru-RU"/>
              </w:rPr>
            </w:pPr>
          </w:p>
        </w:tc>
        <w:tc>
          <w:tcPr>
            <w:tcW w:w="3827" w:type="dxa"/>
          </w:tcPr>
          <w:p w14:paraId="15C5B6F8" w14:textId="77777777" w:rsidR="00646852" w:rsidRDefault="00646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14:paraId="55FD2084" w14:textId="77777777" w:rsidR="00646852" w:rsidRPr="00646852" w:rsidRDefault="00646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992" w:type="dxa"/>
          </w:tcPr>
          <w:p w14:paraId="6AD53966" w14:textId="77777777" w:rsidR="00646852" w:rsidRDefault="00646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</w:tcPr>
          <w:p w14:paraId="1107E8E8" w14:textId="77777777" w:rsidR="00646852" w:rsidRDefault="00646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777EC0A7" w14:textId="77777777" w:rsidR="00646852" w:rsidRDefault="00646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9" w:type="dxa"/>
          </w:tcPr>
          <w:p w14:paraId="54B1C598" w14:textId="77777777" w:rsidR="00646852" w:rsidRDefault="00646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87" w:type="dxa"/>
          </w:tcPr>
          <w:p w14:paraId="42F64D08" w14:textId="77777777" w:rsidR="00646852" w:rsidRDefault="00646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207" w14:paraId="26039939" w14:textId="77777777" w:rsidTr="00321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B6A97DA" w14:textId="77777777" w:rsidR="00B17207" w:rsidRDefault="00B17207">
            <w:pPr>
              <w:rPr>
                <w:lang w:val="ru-RU"/>
              </w:rPr>
            </w:pPr>
          </w:p>
          <w:p w14:paraId="6F0721AA" w14:textId="77777777" w:rsidR="00D34132" w:rsidRPr="00D34132" w:rsidRDefault="00D34132">
            <w:pPr>
              <w:rPr>
                <w:lang w:val="ru-RU"/>
              </w:rPr>
            </w:pPr>
          </w:p>
        </w:tc>
        <w:tc>
          <w:tcPr>
            <w:tcW w:w="3827" w:type="dxa"/>
          </w:tcPr>
          <w:p w14:paraId="7FA35BC2" w14:textId="77777777" w:rsidR="00B17207" w:rsidRDefault="00B172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39041BFC" w14:textId="77777777" w:rsidR="00B17207" w:rsidRDefault="00B172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</w:tcPr>
          <w:p w14:paraId="6DB26BC9" w14:textId="77777777" w:rsidR="00B17207" w:rsidRDefault="00B172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70DDE4AB" w14:textId="77777777" w:rsidR="00B17207" w:rsidRDefault="00B172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9" w:type="dxa"/>
          </w:tcPr>
          <w:p w14:paraId="0B9A6EA2" w14:textId="77777777" w:rsidR="00B17207" w:rsidRDefault="00B172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87" w:type="dxa"/>
          </w:tcPr>
          <w:p w14:paraId="3E92EFBA" w14:textId="77777777" w:rsidR="00B17207" w:rsidRDefault="00B172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319F3B3" w14:textId="77777777" w:rsidR="00B17207" w:rsidRDefault="00B17207"/>
    <w:p w14:paraId="45A70B9E" w14:textId="600861F9" w:rsidR="00B17207" w:rsidRDefault="00000000" w:rsidP="00D34132">
      <w:pPr>
        <w:ind w:left="5760" w:firstLine="720"/>
      </w:pPr>
      <w:proofErr w:type="spellStart"/>
      <w:r>
        <w:t>Kokku</w:t>
      </w:r>
      <w:proofErr w:type="spellEnd"/>
      <w:r>
        <w:t xml:space="preserve"> summa KM-ta: </w:t>
      </w:r>
      <w:r w:rsidR="00A133E9">
        <w:rPr>
          <w:lang w:val="ru-RU"/>
        </w:rPr>
        <w:tab/>
      </w:r>
      <w:r>
        <w:t>__________________ €</w:t>
      </w:r>
    </w:p>
    <w:p w14:paraId="34759453" w14:textId="6861CADE" w:rsidR="00B17207" w:rsidRDefault="00000000" w:rsidP="00D34132">
      <w:pPr>
        <w:ind w:left="5760" w:firstLine="720"/>
      </w:pPr>
      <w:r>
        <w:t xml:space="preserve">KM (___%): </w:t>
      </w:r>
      <w:r w:rsidR="00A133E9">
        <w:rPr>
          <w:lang w:val="ru-RU"/>
        </w:rPr>
        <w:tab/>
      </w:r>
      <w:r w:rsidR="00A133E9">
        <w:rPr>
          <w:lang w:val="ru-RU"/>
        </w:rPr>
        <w:tab/>
      </w:r>
      <w:r>
        <w:t>__________________ €</w:t>
      </w:r>
    </w:p>
    <w:p w14:paraId="1DC80B85" w14:textId="33D303D4" w:rsidR="00B17207" w:rsidRDefault="00000000" w:rsidP="00D34132">
      <w:pPr>
        <w:ind w:left="6480"/>
      </w:pPr>
      <w:r>
        <w:t xml:space="preserve">KM </w:t>
      </w:r>
      <w:proofErr w:type="spellStart"/>
      <w:r>
        <w:t>kokku</w:t>
      </w:r>
      <w:proofErr w:type="spellEnd"/>
      <w:r>
        <w:t xml:space="preserve">: </w:t>
      </w:r>
      <w:r w:rsidR="00A133E9">
        <w:rPr>
          <w:lang w:val="ru-RU"/>
        </w:rPr>
        <w:tab/>
      </w:r>
      <w:r w:rsidR="00A133E9">
        <w:rPr>
          <w:lang w:val="ru-RU"/>
        </w:rPr>
        <w:tab/>
      </w:r>
      <w:r>
        <w:t>__________________ €</w:t>
      </w:r>
    </w:p>
    <w:p w14:paraId="1E6EBF37" w14:textId="26ABDE76" w:rsidR="00B17207" w:rsidRPr="00A133E9" w:rsidRDefault="00000000" w:rsidP="00D34132">
      <w:pPr>
        <w:ind w:left="5760" w:firstLine="720"/>
        <w:rPr>
          <w:b/>
          <w:bCs/>
          <w:sz w:val="24"/>
          <w:szCs w:val="24"/>
        </w:rPr>
      </w:pPr>
      <w:proofErr w:type="spellStart"/>
      <w:r w:rsidRPr="00A133E9">
        <w:rPr>
          <w:b/>
          <w:bCs/>
          <w:sz w:val="24"/>
          <w:szCs w:val="24"/>
        </w:rPr>
        <w:t>Tasuda</w:t>
      </w:r>
      <w:proofErr w:type="spellEnd"/>
      <w:r w:rsidRPr="00A133E9">
        <w:rPr>
          <w:b/>
          <w:bCs/>
          <w:sz w:val="24"/>
          <w:szCs w:val="24"/>
        </w:rPr>
        <w:t xml:space="preserve"> EUR: </w:t>
      </w:r>
      <w:r w:rsidR="00A133E9">
        <w:rPr>
          <w:b/>
          <w:bCs/>
          <w:sz w:val="24"/>
          <w:szCs w:val="24"/>
          <w:lang w:val="ru-RU"/>
        </w:rPr>
        <w:tab/>
      </w:r>
      <w:r w:rsidR="00A133E9">
        <w:rPr>
          <w:b/>
          <w:bCs/>
          <w:sz w:val="24"/>
          <w:szCs w:val="24"/>
          <w:lang w:val="ru-RU"/>
        </w:rPr>
        <w:tab/>
      </w:r>
      <w:r w:rsidRPr="00A133E9">
        <w:rPr>
          <w:b/>
          <w:bCs/>
          <w:sz w:val="24"/>
          <w:szCs w:val="24"/>
        </w:rPr>
        <w:t>_________________ €</w:t>
      </w:r>
    </w:p>
    <w:p w14:paraId="53FBF150" w14:textId="77777777" w:rsidR="00D34132" w:rsidRDefault="00D34132">
      <w:pPr>
        <w:rPr>
          <w:b/>
          <w:lang w:val="ru-RU"/>
        </w:rPr>
      </w:pPr>
    </w:p>
    <w:p w14:paraId="6726D607" w14:textId="77777777" w:rsidR="00BC2F97" w:rsidRDefault="00BC2F97">
      <w:pPr>
        <w:pBdr>
          <w:bottom w:val="single" w:sz="12" w:space="1" w:color="auto"/>
        </w:pBdr>
        <w:rPr>
          <w:b/>
          <w:lang w:val="ru-RU"/>
        </w:rPr>
      </w:pPr>
    </w:p>
    <w:tbl>
      <w:tblPr>
        <w:tblW w:w="0" w:type="auto"/>
        <w:tblInd w:w="248" w:type="dxa"/>
        <w:tblLook w:val="0000" w:firstRow="0" w:lastRow="0" w:firstColumn="0" w:lastColumn="0" w:noHBand="0" w:noVBand="0"/>
      </w:tblPr>
      <w:tblGrid>
        <w:gridCol w:w="2970"/>
        <w:gridCol w:w="3127"/>
        <w:gridCol w:w="4111"/>
      </w:tblGrid>
      <w:tr w:rsidR="00D34132" w:rsidRPr="00BC2F97" w14:paraId="181744F0" w14:textId="759381CD" w:rsidTr="00BC2F9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970" w:type="dxa"/>
          </w:tcPr>
          <w:p w14:paraId="275B61EF" w14:textId="77777777" w:rsidR="00BC2F97" w:rsidRPr="00BC2F97" w:rsidRDefault="00BC2F97" w:rsidP="00BC2F97">
            <w:pPr>
              <w:rPr>
                <w:sz w:val="20"/>
                <w:szCs w:val="20"/>
                <w:lang w:val="fi-FI"/>
              </w:rPr>
            </w:pPr>
            <w:r w:rsidRPr="00BC2F97">
              <w:rPr>
                <w:b/>
                <w:sz w:val="20"/>
                <w:szCs w:val="20"/>
                <w:lang w:val="fi-FI"/>
              </w:rPr>
              <w:t>MAKSE SAAJA:</w:t>
            </w:r>
          </w:p>
          <w:p w14:paraId="77C8CC3D" w14:textId="77777777" w:rsidR="00BC2F97" w:rsidRPr="00BC2F97" w:rsidRDefault="00BC2F97" w:rsidP="00BC2F97">
            <w:pPr>
              <w:rPr>
                <w:sz w:val="20"/>
                <w:szCs w:val="20"/>
                <w:lang w:val="fi-FI"/>
              </w:rPr>
            </w:pPr>
            <w:proofErr w:type="spellStart"/>
            <w:r w:rsidRPr="00BC2F97">
              <w:rPr>
                <w:sz w:val="20"/>
                <w:szCs w:val="20"/>
                <w:lang w:val="fi-FI"/>
              </w:rPr>
              <w:t>Ettevõte</w:t>
            </w:r>
            <w:proofErr w:type="spellEnd"/>
            <w:r w:rsidRPr="00BC2F97">
              <w:rPr>
                <w:sz w:val="20"/>
                <w:szCs w:val="20"/>
                <w:lang w:val="fi-FI"/>
              </w:rPr>
              <w:t>: __________________</w:t>
            </w:r>
          </w:p>
          <w:p w14:paraId="6D5025C3" w14:textId="77777777" w:rsidR="00BC2F97" w:rsidRPr="00BC2F97" w:rsidRDefault="00BC2F97" w:rsidP="00BC2F97">
            <w:pPr>
              <w:rPr>
                <w:sz w:val="20"/>
                <w:szCs w:val="20"/>
                <w:lang w:val="fi-FI"/>
              </w:rPr>
            </w:pPr>
            <w:r w:rsidRPr="00BC2F97">
              <w:rPr>
                <w:sz w:val="20"/>
                <w:szCs w:val="20"/>
                <w:lang w:val="fi-FI"/>
              </w:rPr>
              <w:t>Reg.nr: __________________</w:t>
            </w:r>
          </w:p>
          <w:p w14:paraId="36C58F5E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proofErr w:type="spellStart"/>
            <w:r w:rsidRPr="00BC2F97">
              <w:rPr>
                <w:sz w:val="20"/>
                <w:szCs w:val="20"/>
              </w:rPr>
              <w:t>Aadress</w:t>
            </w:r>
            <w:proofErr w:type="spellEnd"/>
            <w:r w:rsidRPr="00BC2F97">
              <w:rPr>
                <w:sz w:val="20"/>
                <w:szCs w:val="20"/>
                <w:lang w:val="ru-RU"/>
              </w:rPr>
              <w:t>: ________________________________</w:t>
            </w:r>
          </w:p>
          <w:p w14:paraId="77BFE73F" w14:textId="77777777" w:rsidR="00D34132" w:rsidRPr="00BC2F97" w:rsidRDefault="00D34132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127" w:type="dxa"/>
          </w:tcPr>
          <w:p w14:paraId="3F4616B2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r w:rsidRPr="00BC2F97">
              <w:rPr>
                <w:b/>
                <w:sz w:val="20"/>
                <w:szCs w:val="20"/>
              </w:rPr>
              <w:t>KONTAKTANDMED</w:t>
            </w:r>
            <w:r w:rsidRPr="00BC2F97">
              <w:rPr>
                <w:b/>
                <w:sz w:val="20"/>
                <w:szCs w:val="20"/>
                <w:lang w:val="ru-RU"/>
              </w:rPr>
              <w:t>:</w:t>
            </w:r>
          </w:p>
          <w:p w14:paraId="7EE16F12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proofErr w:type="spellStart"/>
            <w:r w:rsidRPr="00BC2F97">
              <w:rPr>
                <w:sz w:val="20"/>
                <w:szCs w:val="20"/>
              </w:rPr>
              <w:t>Telefon</w:t>
            </w:r>
            <w:proofErr w:type="spellEnd"/>
            <w:r w:rsidRPr="00BC2F97">
              <w:rPr>
                <w:sz w:val="20"/>
                <w:szCs w:val="20"/>
                <w:lang w:val="ru-RU"/>
              </w:rPr>
              <w:t>: __________________</w:t>
            </w:r>
          </w:p>
          <w:p w14:paraId="296EFF86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r w:rsidRPr="00BC2F97">
              <w:rPr>
                <w:sz w:val="20"/>
                <w:szCs w:val="20"/>
              </w:rPr>
              <w:t>E</w:t>
            </w:r>
            <w:r w:rsidRPr="00BC2F97">
              <w:rPr>
                <w:sz w:val="20"/>
                <w:szCs w:val="20"/>
                <w:lang w:val="ru-RU"/>
              </w:rPr>
              <w:t>-</w:t>
            </w:r>
            <w:r w:rsidRPr="00BC2F97">
              <w:rPr>
                <w:sz w:val="20"/>
                <w:szCs w:val="20"/>
              </w:rPr>
              <w:t>post</w:t>
            </w:r>
            <w:r w:rsidRPr="00BC2F97">
              <w:rPr>
                <w:sz w:val="20"/>
                <w:szCs w:val="20"/>
                <w:lang w:val="ru-RU"/>
              </w:rPr>
              <w:t>: ___________________</w:t>
            </w:r>
          </w:p>
          <w:p w14:paraId="62C482DA" w14:textId="77777777" w:rsidR="00D34132" w:rsidRPr="00BC2F97" w:rsidRDefault="00D34132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6D581CAB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r w:rsidRPr="00BC2F97">
              <w:rPr>
                <w:b/>
                <w:sz w:val="20"/>
                <w:szCs w:val="20"/>
              </w:rPr>
              <w:t>PANGAANDMED</w:t>
            </w:r>
            <w:r w:rsidRPr="00BC2F97">
              <w:rPr>
                <w:b/>
                <w:sz w:val="20"/>
                <w:szCs w:val="20"/>
                <w:lang w:val="ru-RU"/>
              </w:rPr>
              <w:t>:</w:t>
            </w:r>
          </w:p>
          <w:p w14:paraId="6850AAFA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r w:rsidRPr="00BC2F97">
              <w:rPr>
                <w:sz w:val="20"/>
                <w:szCs w:val="20"/>
              </w:rPr>
              <w:t>Pank</w:t>
            </w:r>
            <w:r w:rsidRPr="00BC2F97">
              <w:rPr>
                <w:sz w:val="20"/>
                <w:szCs w:val="20"/>
                <w:lang w:val="ru-RU"/>
              </w:rPr>
              <w:t>: __________________</w:t>
            </w:r>
          </w:p>
          <w:p w14:paraId="79BC3785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r w:rsidRPr="00BC2F97">
              <w:rPr>
                <w:sz w:val="20"/>
                <w:szCs w:val="20"/>
              </w:rPr>
              <w:t>IBAN</w:t>
            </w:r>
            <w:r w:rsidRPr="00BC2F97">
              <w:rPr>
                <w:sz w:val="20"/>
                <w:szCs w:val="20"/>
                <w:lang w:val="ru-RU"/>
              </w:rPr>
              <w:t>: __________________________</w:t>
            </w:r>
          </w:p>
          <w:p w14:paraId="44AAEF70" w14:textId="77777777" w:rsidR="00BC2F97" w:rsidRPr="00BC2F97" w:rsidRDefault="00BC2F97" w:rsidP="00BC2F97">
            <w:pPr>
              <w:rPr>
                <w:sz w:val="20"/>
                <w:szCs w:val="20"/>
                <w:lang w:val="ru-RU"/>
              </w:rPr>
            </w:pPr>
            <w:r w:rsidRPr="00BC2F97">
              <w:rPr>
                <w:sz w:val="20"/>
                <w:szCs w:val="20"/>
              </w:rPr>
              <w:t>SWIFT</w:t>
            </w:r>
            <w:r w:rsidRPr="00BC2F97">
              <w:rPr>
                <w:sz w:val="20"/>
                <w:szCs w:val="20"/>
                <w:lang w:val="ru-RU"/>
              </w:rPr>
              <w:t>: __________________</w:t>
            </w:r>
          </w:p>
          <w:p w14:paraId="36E79CA5" w14:textId="77777777" w:rsidR="00D34132" w:rsidRPr="00BC2F97" w:rsidRDefault="00D34132" w:rsidP="00BC2F97">
            <w:pPr>
              <w:ind w:left="-113"/>
              <w:rPr>
                <w:b/>
                <w:sz w:val="20"/>
                <w:szCs w:val="20"/>
                <w:lang w:val="ru-RU"/>
              </w:rPr>
            </w:pPr>
          </w:p>
        </w:tc>
      </w:tr>
    </w:tbl>
    <w:p w14:paraId="15B54B98" w14:textId="77777777" w:rsidR="00D34132" w:rsidRDefault="00D34132" w:rsidP="00BC2F97">
      <w:pPr>
        <w:rPr>
          <w:b/>
          <w:lang w:val="ru-RU"/>
        </w:rPr>
      </w:pPr>
    </w:p>
    <w:sectPr w:rsidR="00D34132" w:rsidSect="00321B8B">
      <w:pgSz w:w="12240" w:h="15840"/>
      <w:pgMar w:top="1440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2832621">
    <w:abstractNumId w:val="8"/>
  </w:num>
  <w:num w:numId="2" w16cid:durableId="1446921906">
    <w:abstractNumId w:val="6"/>
  </w:num>
  <w:num w:numId="3" w16cid:durableId="1861817639">
    <w:abstractNumId w:val="5"/>
  </w:num>
  <w:num w:numId="4" w16cid:durableId="695232835">
    <w:abstractNumId w:val="4"/>
  </w:num>
  <w:num w:numId="5" w16cid:durableId="1334066955">
    <w:abstractNumId w:val="7"/>
  </w:num>
  <w:num w:numId="6" w16cid:durableId="758135902">
    <w:abstractNumId w:val="3"/>
  </w:num>
  <w:num w:numId="7" w16cid:durableId="2093236882">
    <w:abstractNumId w:val="2"/>
  </w:num>
  <w:num w:numId="8" w16cid:durableId="542408036">
    <w:abstractNumId w:val="1"/>
  </w:num>
  <w:num w:numId="9" w16cid:durableId="1143280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1B8B"/>
    <w:rsid w:val="00326F90"/>
    <w:rsid w:val="00646852"/>
    <w:rsid w:val="009A07F7"/>
    <w:rsid w:val="00A133E9"/>
    <w:rsid w:val="00AA1D8D"/>
    <w:rsid w:val="00B17207"/>
    <w:rsid w:val="00B47730"/>
    <w:rsid w:val="00BC2F97"/>
    <w:rsid w:val="00CB0664"/>
    <w:rsid w:val="00D34132"/>
    <w:rsid w:val="00FC693F"/>
    <w:rsid w:val="00FF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AF2BF"/>
  <w14:defaultImageDpi w14:val="300"/>
  <w15:docId w15:val="{A1346E0A-ED6E-4111-A1CC-8EDDFD06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C2F97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140">
    <w:name w:val="Grid Table 1 Light Accent 4"/>
    <w:basedOn w:val="a3"/>
    <w:uiPriority w:val="46"/>
    <w:rsid w:val="00321B8B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c">
    <w:name w:val="Plain Table 2"/>
    <w:basedOn w:val="a3"/>
    <w:uiPriority w:val="99"/>
    <w:rsid w:val="00321B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-150">
    <w:name w:val="Grid Table 1 Light Accent 5"/>
    <w:basedOn w:val="a3"/>
    <w:uiPriority w:val="46"/>
    <w:rsid w:val="00321B8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Kapsula OU Badulin</cp:lastModifiedBy>
  <cp:revision>7</cp:revision>
  <dcterms:created xsi:type="dcterms:W3CDTF">2013-12-23T23:15:00Z</dcterms:created>
  <dcterms:modified xsi:type="dcterms:W3CDTF">2026-07-01T06:25:00Z</dcterms:modified>
  <cp:category/>
</cp:coreProperties>
</file>